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ข้อความ LINE สำเร็จรูป สำหรับเจ้าของคลาส</w:t>
      </w:r>
    </w:p>
    <w:p>
      <w:r>
        <w:rPr>
          <w:color w:val="5B6576"/>
        </w:rPr>
        <w:t>Ready-to-use LINE messages for class owners · คัดลอก แก้คำใน [วงเล็บ] แล้วส่งได้เลย / Copy, change the words in [brackets], and send.</w:t>
      </w:r>
    </w:p>
    <w:p>
      <w:pPr>
        <w:pStyle w:val="Heading2"/>
      </w:pPr>
      <w:r>
        <w:t>1. เตือนก่อนเรียน / Class reminder</w:t>
      </w:r>
    </w:p>
    <w:p>
      <w:r>
        <w:rPr>
          <w:b/>
        </w:rPr>
        <w:t>ไทย</w:t>
      </w:r>
    </w:p>
    <w:p>
      <w:r>
        <w:t>สวัสดีค่ะคุณ[ชื่อผู้ปกครอง] 😊 แจ้งเตือนคลาส[ชื่อคลาส]ของน้อง[ชื่อเด็ก] พรุ่งนี้ [วัน] เวลา [เวลา] ที่ [สถานที่] ค่ะ</w:t>
        <w:br/>
        <w:t>อย่าลืมเตรียม [ของที่ต้องนำมา] นะคะ ถ้ามาไม่ได้ รบกวนแจ้งก่อน [เวลา] ค่ะ ขอบคุณค่ะ 🙏</w:t>
      </w:r>
    </w:p>
    <w:p>
      <w:r>
        <w:rPr>
          <w:b/>
        </w:rPr>
        <w:t>English</w:t>
      </w:r>
    </w:p>
    <w:p>
      <w:r>
        <w:t>Hi [parent name] 😊 A reminder that [child]'s [class] is tomorrow, [day] at [time], at [place].</w:t>
        <w:br/>
        <w:t>Please bring [items]. If you can't come, please let us know by [time]. Thank you! 🙏</w:t>
      </w:r>
    </w:p>
    <w:p>
      <w:pPr>
        <w:pStyle w:val="Heading2"/>
      </w:pPr>
      <w:r>
        <w:t>2. ยกเลิกคลาส / Class cancelled</w:t>
      </w:r>
    </w:p>
    <w:p>
      <w:r>
        <w:rPr>
          <w:b/>
        </w:rPr>
        <w:t>ไทย</w:t>
      </w:r>
    </w:p>
    <w:p>
      <w:r>
        <w:t>ขออภัยค่ะคุณ[ชื่อผู้ปกครอง] 🙏 คลาส[ชื่อคลาส] วันที่ [วันที่] เวลา [เวลา] ต้องยกเลิก เนื่องจาก [เหตุผล]</w:t>
        <w:br/>
        <w:t>น้องจะได้รับ [เรียนชดเชย / คืนครั้งเรียน] ค่ะ รบกวนเลือกวันเรียนชดเชยจาก: [วัน/เวลา 1], [วัน/เวลา 2] ค่ะ</w:t>
      </w:r>
    </w:p>
    <w:p>
      <w:r>
        <w:rPr>
          <w:b/>
        </w:rPr>
        <w:t>English</w:t>
      </w:r>
    </w:p>
    <w:p>
      <w:r>
        <w:t>Sorry, [parent name] 🙏 [Class] on [date] at [time] is cancelled because [reason].</w:t>
        <w:br/>
        <w:t>[Child] will get [a make-up class / the class back]. Please choose a make-up time: [option 1], [option 2].</w:t>
      </w:r>
    </w:p>
    <w:p>
      <w:pPr>
        <w:pStyle w:val="Heading2"/>
      </w:pPr>
      <w:r>
        <w:t>3. นัดเรียนชดเชย / Make-up class</w:t>
      </w:r>
    </w:p>
    <w:p>
      <w:r>
        <w:rPr>
          <w:b/>
        </w:rPr>
        <w:t>ไทย</w:t>
      </w:r>
    </w:p>
    <w:p>
      <w:r>
        <w:t>สวัสดีค่ะ 😊 น้อง[ชื่อเด็ก]มีสิทธิ์เรียนชดเชย [จำนวน] ครั้ง ใช้ได้ถึง [วันที่] ค่ะ</w:t>
        <w:br/>
        <w:t>รอบที่ว่าง: [วัน/เวลา 1], [วัน/เวลา 2] ตอบกลับเพื่อจองได้เลยค่ะ</w:t>
      </w:r>
    </w:p>
    <w:p>
      <w:r>
        <w:rPr>
          <w:b/>
        </w:rPr>
        <w:t>English</w:t>
      </w:r>
    </w:p>
    <w:p>
      <w:r>
        <w:t>Hi 😊 [Child] has [number] make-up class(es), valid until [date].</w:t>
        <w:br/>
        <w:t>Open times: [option 1], [option 2]. Just reply to book.</w:t>
      </w:r>
    </w:p>
    <w:p>
      <w:pPr>
        <w:pStyle w:val="Heading2"/>
      </w:pPr>
      <w:r>
        <w:t>4. เตือนชำระค่าเรียน / Payment reminder</w:t>
      </w:r>
    </w:p>
    <w:p>
      <w:r>
        <w:rPr>
          <w:b/>
        </w:rPr>
        <w:t>ไทย</w:t>
      </w:r>
    </w:p>
    <w:p>
      <w:r>
        <w:t>สวัสดีค่ะคุณ[ชื่อผู้ปกครอง] ค่าเรียน[ชื่อคลาส] เดือน[เดือน] จำนวน [ยอด] บาท ครบกำหนด [วันที่] ค่ะ</w:t>
        <w:br/>
        <w:t>ชำระผ่าน [PromptPay / บัญชี] ได้เลย แล้วส่งสลิปในแชทนี้นะคะ ขอบคุณค่ะ 🙏</w:t>
      </w:r>
    </w:p>
    <w:p>
      <w:r>
        <w:rPr>
          <w:b/>
        </w:rPr>
        <w:t>English</w:t>
      </w:r>
    </w:p>
    <w:p>
      <w:r>
        <w:t>Hi [parent name], the [month] fee for [class] is [amount] baht, due on [date].</w:t>
        <w:br/>
        <w:t>You can pay by [PromptPay / bank account] and send the slip here. Thank you! 🙏</w:t>
      </w:r>
    </w:p>
    <w:p>
      <w:pPr>
        <w:pStyle w:val="Heading2"/>
      </w:pPr>
      <w:r>
        <w:t>5. ต้อนรับนักเรียนใหม่ / Welcome new student</w:t>
      </w:r>
    </w:p>
    <w:p>
      <w:r>
        <w:rPr>
          <w:b/>
        </w:rPr>
        <w:t>ไทย</w:t>
      </w:r>
    </w:p>
    <w:p>
      <w:r>
        <w:t>ยินดีต้อนรับน้อง[ชื่อเด็ก]เข้าสู่[ชื่อสถานที่]ค่ะ 🎉</w:t>
        <w:br/>
        <w:t>คลาสแรก: [วัน] [เวลา] · ที่อยู่: [ที่อยู่ / ลิงก์แผนที่] · ควรมาถึงก่อน 10 นาที · เตรียม: [ของที่ต้องนำมา]</w:t>
        <w:br/>
        <w:t>มีคำถามทักมาได้ตลอดเลยค่ะ 😊</w:t>
      </w:r>
    </w:p>
    <w:p>
      <w:r>
        <w:rPr>
          <w:b/>
        </w:rPr>
        <w:t>English</w:t>
      </w:r>
    </w:p>
    <w:p>
      <w:r>
        <w:t>Welcome to [business], [child]! 🎉</w:t>
        <w:br/>
        <w:t>First class: [day] [time] · Address: [address / map link] · Please arrive 10 minutes early · Bring: [items]</w:t>
        <w:br/>
        <w:t>Message us any time with questions 😊</w:t>
      </w:r>
    </w:p>
    <w:p>
      <w:pPr>
        <w:pStyle w:val="Heading2"/>
      </w:pPr>
      <w:r>
        <w:t>6. ปิดวันหยุด / Holiday closure</w:t>
      </w:r>
    </w:p>
    <w:p>
      <w:r>
        <w:rPr>
          <w:b/>
        </w:rPr>
        <w:t>ไทย</w:t>
      </w:r>
    </w:p>
    <w:p>
      <w:r>
        <w:t>แจ้งปิดทำการวันที่ [วันที่] เนื่องในวัน[ชื่อวันหยุด]ค่ะ 🙏 คลาสในวันดังกล่าว [เลื่อนไป / เรียนชดเชยวันที่] [วัน/เวลา] ค่ะ</w:t>
      </w:r>
    </w:p>
    <w:p>
      <w:r>
        <w:rPr>
          <w:b/>
        </w:rPr>
        <w:t>English</w:t>
      </w:r>
    </w:p>
    <w:p>
      <w:r>
        <w:t>We are closed on [date] for [holiday] 🙏 Classes that day [move to / have a make-up on] [day/time].</w:t>
      </w:r>
    </w:p>
    <w:p/>
    <w:p>
      <w:r>
        <w:rPr>
          <w:color w:val="5B6576"/>
        </w:rPr>
        <w:t>เคล็ดลับ: ส่งตอนกลางวัน ไม่ส่งดึก · ใช้ชื่อเด็กเสมอ · ตัวอย่างเงื่อนไขเรียนชดเชยปรับตามกติกาของคุณเอง</w:t>
        <w:br/>
        <w:t>Tip: send in the daytime, not late at night · always use the child's name · adjust make-up rules to your own policy.</w:t>
      </w:r>
    </w:p>
    <w:p>
      <w:r>
        <w:rPr>
          <w:color w:val="5B6576"/>
        </w:rPr>
        <w:t>แม่แบบฟรีจาก KiddoPass · Free template from KiddoPass · www.kiddopass.app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Tahom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